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sing surveys in language progr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es Dean Brow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965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