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: advanced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9781107637764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