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العلمية لمخبر حوار الحضارات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9789947910474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السيادة/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