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التثاقف في زمن العولمة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Périodique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عبد المجيد عمراني/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مؤسسة سرار للطباعة الصناعية/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301ص.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23*16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9789931900207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العولمة/ التثاقف/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