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موس واللغ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اموس/ اللغ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