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نظرية الحوكمة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غضبان حسام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24سم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9789957328337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المحلية/ حوكمة الشركات/ خلق القيمة/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