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جامعة عمار ثليجي -الأغواط/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جامعة عمار ثليجي الاغواط/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11124652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الإسلام/ التدريس/ الصحة/ الأنظمة المعلوماتية/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