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ميلاف للبحوث والدراسات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23925361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 العالي/ التشغيل/ الإقتصاد الأخضر/ مهارات القطب/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