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الثقافة الجزائرية في زمن العولمة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مرموقة منصور/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مخبر حوار الحضارات والتنوع الثقافي/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9789931909194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العولمة/ الجزائر/ الثقافة/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