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والاقتصادية الدولية والحوكمة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، منحنيات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21700540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الجزائر/ المشتقات المالية/ الأزمة المالية/ الإقتصاديات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