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Boule de suif : et autres nouvelles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Maupassant/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173p.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9782035834232</w:t>
            </w:r>
          </w:p>
        </w:tc>
      </w:tr>
    </w:tbl>
    <w:p>
      <w:pPr>
        <w:pStyle w:val="Heading3"/>
      </w:pPr>
      <w:r>
        <w:t>Résumé :</w:t>
      </w:r>
    </w:p>
    <w:p>
      <w:r>
        <w:t>Texte annoté et commenté de ces nouvelles, accompagné d'une présentation de l'auteur, de ces oeuvres et de leur contexte de création, de questions de lecture et d'exercices pour approfondir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