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المحتوى الرقمي باللغة العربية: النشر الإلكتروني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9789947821794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المحتوى الرقمي/ النشر الإلكتروني/ الكتاب الإلكتروني/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