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علوم الطبيعة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معجم/ علوم الطبيعة/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