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الإستثمارات الأجنبية المباشرة في قطاع الخدمات في الدول المضيفة : دراسة حالة الدول العربية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سباعي سهام/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الإستثمارات الأجنبية/ قطاع الخدمات/ الدول المضيفة/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