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التعبئة والتغليف على رضا المستهلك : دراسة حالة المؤسسة الإنتاجية مطاحن بن هارون الوحدة الإنتاجية والتجارية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شيهب ياسين/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التعبئة/ التغليف/ رضا المستهلك/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