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المصرفية في ظل إقتصاد السوق الجزائري -دراسة حالة الصندوق الوطني للتوفير والإحتياط بنك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صحراوي أميرة/ لمزري مفيدة(مشرفا)/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اقتصاد/ الخدمات المصرفية/ تسويق/ السوق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