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المحاسبية للمخزونات في ظل النظام المحاسبي المالي الجديد : دراسة حالة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فنور نبيلة/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المعالجة المحاسبية/ النظام المحاسبي المالي/ المخزونات/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