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محفظة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الطيب مروة/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