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تكنولوجيا المعلومات في تحسين الأداء المالي للمؤسسة الاقتصادية : دراسة ميدانية لموسسة SONARIC بوحدة فرجيوة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بدرة زواغي/ واضح فواز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تكنولوجيا المعلومات/ الأداء المالي/ مؤسسةsonaric/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