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الميزة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يوسف/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الجودة الشاملة/ اتصالات الجزائر/ إدارة/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