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مقارنة للإستراتيجيات التسويقية في شركات الإتصال : دراسة حالة مؤسسة شركة جازي وموبيليس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بوشاطح نعيم/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الاستراتيجيات التسويقية/ شركات الاتصال/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