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الإعتماد المستندي والإنكوترمز على عقد النقل البحري للبضائع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بوزيد سميرة/ بولعراس سفيان(مشرفا)/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النقل البحري/ بنك الفلاحة والتنمية الريفية/ الاعتماد المستندي/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