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تسويق الخدمات البنكية في تحقيق رضا الزبون :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لعايب إيمان/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الخدمات البنكية/ رضا الزبون/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