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تطبيق نظام المعلومات التسويقية في المؤسسات الإقتصادية : دراسة حالة المؤسسة الوطنية لتسيير وتحقيق الصناعات المترابط سوناريك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التونسي أيوب/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المؤسسات الاقتصادية/ المعلومات التسويقية/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