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هندسة المالية في إدارة المخاطر في السوق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اج خولة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 المالي/ إدارة المخاطر/ الهندس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