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صلاح الجبائي في الجزائر 199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اح طاووس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إصلاح/ الإصلاح الض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