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نمية و تنويع الصادرات خارج المحروقات في الجزائر : دراسة تحليلية خلال الفترة (201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بت هاجر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ادرات/ المحروق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