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لدور التجارة الخارجية في تحسين ميزان المدفوعات حالة الجزائر للفترة (2000-2014)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درادة سمية/ أيوب صكري(رئيسا) ,سليمان آسيا تيش تيش(مناقشا) ,سعاد بوبحة(مشرفا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ميزان المدفوعات/ التجارة الخارجية/ الميزان التجاري/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