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الصيرفة الإلكترونية على السياسة النقدية : دراسة حالة فرنسا :2005-2014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قاجة/ فريد مشري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الصيرفة الإلكترونية/ النقود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