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هيئات الدعم في مرافقة الشباب البطال لإنشاء مؤسسة مصغرة في الجزائر : دراسة حالة الوكالة الوطنية لدعم وتشغيل الشباب ANSEJ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لخضر منال/ ،حريز هشام(رئيسا)، بوزاهر صونية(مناقشا)،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المقاولة/ المؤسسات المصغرة/ الشباب البطال/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