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ار البلاد واخبار العب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ركي بن الحسن الده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68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ميس/ التاريخ/ المد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