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Diagnostic du réeau d'alimentation en eau potable de la commune de benyahia abderrahmane de la wilaya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achioune fatma/ Khelalfa .M Président; Moussouni.A Examinateur,.Boumsenegh.A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dianostic/ système AEP/ dysfonctionnement du réseau/ investigations/ les améliorations/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