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aptitude des eaux usees epurees de la station de sidi merouane a l'irrigation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lehchilli nouh/ CHEBBAH Linda Présidente,KOUSSA Miloud Examinateur; ATHAMENA Ali ATHAMENA Ali,/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aptitude des eaux/ station sidi merouane/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