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hydrochimique des eaux souterraines de la plaine de gadaine - ain yaghout (nord - est de batna)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merouani mohamed/ BENCHAIBA Leila Président,ALIA Zineb Examinateur,DIB Imane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62710211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eau/ hydrochimie/ eau souterraine/ plaine Gadaïne/ Ain yaghout/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