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dimensionnement d'un reseau d'irrigation goutte a goutte de 10 ha d'olive dans region d'oued athmania (w.mila)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boutemine rahma/ KOUSSA.M Président; KHELALFA. M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barrage Béni-Haroun/ production de huile/ Généralité sur l'irrigation/ Situation géographique/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