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méthodologie d'estimation de l'écoulement pluvial d'un bassin versant de l'oued rhumel boumerzoug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mezaache hadjer/ Moussouni A.Président,Benchaiba L Examinateur,Khelalfa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L'écoulement/ pluie journalière maximale/ débit maximum/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