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الممثل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زكي العشماوي/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