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Problémes inverses et problémes mal posés méthodes de régularisation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Berdai Amira/ Ahmed Yahia Rakia encadreur ,Laouira Widad  président ,Baiche Kenzia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mal posé/ problème inverse/ régularisation/ quasi réversibilité/ fourier/ troncature spectrale/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