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mobile pour la gestion des services bancaires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zemmouri amel/ BOUFAGHES Hamida encadreur,DOUAS Bilal Président; HEDJAZ Sabrine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services bancaires/ uml/ mysql/ 2tup/ java/ andoid/ mobile/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