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vérification d'une approche basée transformation de graphes en idm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Boucheloukhe Ibtissem/ Lalouci Ali +Aouag Mouna encadreur,Boubakir Mohammed Président,Djaaboube Salim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ingénierie dirigée par les modèles/ transformation de modèle/ lodélisation/ vérification/ langage ocl/ l'outil use/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