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حركية للحيوان في المعلقات الع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اد صالح الحي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789995771569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