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للانسان في المعلقاا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الطبيعة/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