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antimicrobienne des extraits phénoliques de mentha piperita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beghibegh amina/ RABHI Nour El-Houda Examinatrice; GHOUT Agena Présidente/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composés phénoliques/ activité antimicrobienne/ mentha piperita/ CMIet CMB/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