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في الادب الفارسي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امين عبد المجيد بدوي/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الأدب الفارسي/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