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السيميائيات التداولية بنياتها وحدودها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9789957745257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السيميائيات/ التداولية/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