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والتفكير الاستدلالي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أكرم صالح محمود خوالده/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9789957329761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التفكير/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