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كتب لحن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باسم خيري خضير/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