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du grand cormoran phalacrocorax carbo (linnaeus,1758) dans la station de medious (barrage de beni haroun-mila)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bouchetiba amira/ Tabet Slimane Président,Aberkane Meriem Examinatrice,Bouzegag Abdalaziz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reposoirs/ grqnd cormoran/ station de médious/ rythme d'activité diurne/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