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outil d'aide à la désion pour une agence de transport à la demande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Benamor Samira/ Zekiouk Mounira encadreur,Deffas Zineb président,Bouchekouf Asma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coopération/ optimisation/ transport a la demande/ outil d'aide a la décision/ méta-heuristique/ les système multi-agents/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