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الخطاب الصوفي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عبدالله خضر 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9789957709532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الصوفي/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